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C9B0" w14:textId="5B44CC5E" w:rsidR="00667169" w:rsidRDefault="00000000">
      <w:pPr>
        <w:spacing w:after="120"/>
      </w:pPr>
      <w:r>
        <w:rPr>
          <w:b/>
          <w:u w:val="single"/>
        </w:rPr>
        <w:t xml:space="preserve">21.09.2026 </w:t>
      </w:r>
      <w:r w:rsidR="0064799F">
        <w:rPr>
          <w:b/>
          <w:u w:val="single"/>
        </w:rPr>
        <w:t>PONIEDZIAŁEK</w:t>
      </w:r>
    </w:p>
    <w:p w14:paraId="7AD13CAD" w14:textId="77777777" w:rsidR="00667169" w:rsidRDefault="00000000">
      <w:pPr>
        <w:spacing w:before="80" w:after="40"/>
      </w:pPr>
      <w:r>
        <w:rPr>
          <w:b/>
        </w:rPr>
        <w:t>Śniadanie</w:t>
      </w:r>
    </w:p>
    <w:p w14:paraId="4811AD96" w14:textId="77777777" w:rsidR="00667169" w:rsidRDefault="00000000">
      <w:pPr>
        <w:spacing w:after="0"/>
      </w:pPr>
      <w:r>
        <w:rPr>
          <w:b/>
        </w:rPr>
        <w:t xml:space="preserve">Kanapka z pastą </w:t>
      </w:r>
      <w:r>
        <w:rPr>
          <w:b/>
          <w:u w:val="single"/>
        </w:rPr>
        <w:t>jajecz</w:t>
      </w:r>
      <w:r>
        <w:rPr>
          <w:b/>
        </w:rPr>
        <w:t>ną ze szczypiorkiem 65 g</w:t>
      </w:r>
    </w:p>
    <w:p w14:paraId="693D2D54" w14:textId="77777777" w:rsidR="00667169" w:rsidRDefault="00000000">
      <w:pPr>
        <w:spacing w:after="40"/>
      </w:pPr>
      <w:r>
        <w:t xml:space="preserve">Składniki: 30 g </w:t>
      </w:r>
      <w:r>
        <w:rPr>
          <w:b/>
          <w:u w:val="single"/>
        </w:rPr>
        <w:t>jaja</w:t>
      </w:r>
      <w:r>
        <w:t xml:space="preserve"> kurze całe, 25 g chleb </w:t>
      </w:r>
      <w:r>
        <w:rPr>
          <w:b/>
          <w:u w:val="single"/>
        </w:rPr>
        <w:t>pszenno-żytni</w:t>
      </w:r>
      <w:r>
        <w:t>, 8 g majonez (</w:t>
      </w:r>
      <w:r>
        <w:rPr>
          <w:b/>
          <w:u w:val="single"/>
        </w:rPr>
        <w:t>jaja</w:t>
      </w:r>
      <w:r>
        <w:t xml:space="preserve">, </w:t>
      </w:r>
      <w:r>
        <w:rPr>
          <w:b/>
          <w:u w:val="single"/>
        </w:rPr>
        <w:t>gorczyca</w:t>
      </w:r>
      <w:r>
        <w:t xml:space="preserve">), 5 g masło ekstra (z </w:t>
      </w:r>
      <w:r>
        <w:rPr>
          <w:b/>
          <w:u w:val="single"/>
        </w:rPr>
        <w:t>mleka</w:t>
      </w:r>
      <w:r>
        <w:t>), 2 g szczypiorek</w:t>
      </w:r>
    </w:p>
    <w:p w14:paraId="6B00E78C" w14:textId="77777777" w:rsidR="00667169" w:rsidRDefault="00000000">
      <w:pPr>
        <w:spacing w:after="0"/>
      </w:pPr>
      <w:r>
        <w:rPr>
          <w:b/>
        </w:rPr>
        <w:t>Pomidorki koktajlowe 50 g</w:t>
      </w:r>
    </w:p>
    <w:p w14:paraId="1CBFE59D" w14:textId="77777777" w:rsidR="00667169" w:rsidRDefault="00000000">
      <w:pPr>
        <w:spacing w:after="0"/>
      </w:pPr>
      <w:r>
        <w:rPr>
          <w:b/>
        </w:rPr>
        <w:t>Kakao 180 ml</w:t>
      </w:r>
    </w:p>
    <w:p w14:paraId="08D88657" w14:textId="77777777" w:rsidR="00667169" w:rsidRDefault="00000000">
      <w:pPr>
        <w:spacing w:after="40"/>
      </w:pPr>
      <w:r>
        <w:t xml:space="preserve">Składniki: 180 ml </w:t>
      </w:r>
      <w:r>
        <w:rPr>
          <w:b/>
          <w:u w:val="single"/>
        </w:rPr>
        <w:t>mleko</w:t>
      </w:r>
      <w:r>
        <w:t xml:space="preserve"> krowie, 2% tłuszczu, 3 g kakao 16%, proszek, 2 g cukier</w:t>
      </w:r>
    </w:p>
    <w:p w14:paraId="75A663F6" w14:textId="77777777" w:rsidR="00667169" w:rsidRDefault="00000000">
      <w:pPr>
        <w:spacing w:before="80" w:after="40"/>
      </w:pPr>
      <w:r>
        <w:rPr>
          <w:b/>
        </w:rPr>
        <w:t>Zupa</w:t>
      </w:r>
    </w:p>
    <w:p w14:paraId="0B55C297" w14:textId="77777777" w:rsidR="00667169" w:rsidRDefault="00000000">
      <w:pPr>
        <w:spacing w:after="0"/>
      </w:pPr>
      <w:r>
        <w:rPr>
          <w:b/>
        </w:rPr>
        <w:t>Krupnik z kaszą jęczmienną na wywarze warzywnym 300 ml</w:t>
      </w:r>
    </w:p>
    <w:p w14:paraId="7416D5D2" w14:textId="77777777" w:rsidR="00667169" w:rsidRDefault="00000000">
      <w:pPr>
        <w:spacing w:after="40"/>
      </w:pPr>
      <w:r>
        <w:t xml:space="preserve">Składniki: 200 ml woda, 80 g ziemniaki, 15 g marchew, 15 g kasza </w:t>
      </w:r>
      <w:r>
        <w:rPr>
          <w:b/>
          <w:u w:val="single"/>
        </w:rPr>
        <w:t>jęczmienna</w:t>
      </w:r>
      <w:r>
        <w:t xml:space="preserve">, perłowa, 5 g pietruszka, korzeń, 5 g </w:t>
      </w:r>
      <w:r>
        <w:rPr>
          <w:b/>
          <w:u w:val="single"/>
        </w:rPr>
        <w:t>seler</w:t>
      </w:r>
      <w:r>
        <w:t xml:space="preserve"> korzeniowy, 5 g sól biała, 4 g por, 1 g pieprz, 1 g liść laurowy, 1 g ziele angielskie</w:t>
      </w:r>
    </w:p>
    <w:p w14:paraId="2B15D79F" w14:textId="77777777" w:rsidR="00667169" w:rsidRDefault="00000000">
      <w:pPr>
        <w:spacing w:before="80" w:after="40"/>
      </w:pPr>
      <w:r>
        <w:rPr>
          <w:b/>
        </w:rPr>
        <w:t>II danie</w:t>
      </w:r>
    </w:p>
    <w:p w14:paraId="7FFDABD3" w14:textId="77777777" w:rsidR="00667169" w:rsidRDefault="00000000">
      <w:pPr>
        <w:spacing w:after="0"/>
      </w:pPr>
      <w:r>
        <w:rPr>
          <w:b/>
        </w:rPr>
        <w:t>Pierogi z mięsem (</w:t>
      </w:r>
      <w:r>
        <w:rPr>
          <w:b/>
          <w:u w:val="single"/>
        </w:rPr>
        <w:t>pszenica</w:t>
      </w:r>
      <w:r>
        <w:rPr>
          <w:b/>
        </w:rPr>
        <w:t xml:space="preserve">, </w:t>
      </w:r>
      <w:r>
        <w:rPr>
          <w:b/>
          <w:u w:val="single"/>
        </w:rPr>
        <w:t>jaja</w:t>
      </w:r>
      <w:r>
        <w:rPr>
          <w:b/>
        </w:rPr>
        <w:t>) 100 g</w:t>
      </w:r>
    </w:p>
    <w:p w14:paraId="41B5BF47" w14:textId="77777777" w:rsidR="00667169" w:rsidRDefault="00000000">
      <w:pPr>
        <w:spacing w:after="0"/>
      </w:pPr>
      <w:r>
        <w:rPr>
          <w:b/>
        </w:rPr>
        <w:t>Cebula 20 g</w:t>
      </w:r>
    </w:p>
    <w:p w14:paraId="7477E9EC" w14:textId="77777777" w:rsidR="00667169" w:rsidRDefault="00000000">
      <w:pPr>
        <w:spacing w:after="0"/>
      </w:pPr>
      <w:r>
        <w:rPr>
          <w:b/>
        </w:rPr>
        <w:t>Kompot owocowy 200 ml</w:t>
      </w:r>
    </w:p>
    <w:p w14:paraId="3755E87D" w14:textId="77777777" w:rsidR="00667169" w:rsidRDefault="00000000">
      <w:pPr>
        <w:spacing w:after="40"/>
      </w:pPr>
      <w:r>
        <w:t>Składniki: 180 ml woda, 45 g mieszanka owocowa, mrożona</w:t>
      </w:r>
    </w:p>
    <w:p w14:paraId="75C4D0A9" w14:textId="77777777" w:rsidR="00667169" w:rsidRDefault="00000000">
      <w:pPr>
        <w:spacing w:before="80" w:after="40"/>
      </w:pPr>
      <w:r>
        <w:rPr>
          <w:b/>
        </w:rPr>
        <w:t>Podwieczorek</w:t>
      </w:r>
    </w:p>
    <w:p w14:paraId="1A85C7A7" w14:textId="77777777" w:rsidR="00667169" w:rsidRDefault="00000000">
      <w:pPr>
        <w:spacing w:after="0"/>
      </w:pPr>
      <w:r>
        <w:rPr>
          <w:b/>
        </w:rPr>
        <w:t>Bułeczki drożdżowe z nadzieniem serowym (</w:t>
      </w:r>
      <w:r>
        <w:rPr>
          <w:b/>
          <w:u w:val="single"/>
        </w:rPr>
        <w:t>pszenica</w:t>
      </w:r>
      <w:r>
        <w:rPr>
          <w:b/>
        </w:rPr>
        <w:t xml:space="preserve">, </w:t>
      </w:r>
      <w:r>
        <w:rPr>
          <w:b/>
          <w:u w:val="single"/>
        </w:rPr>
        <w:t>mleko</w:t>
      </w:r>
      <w:r>
        <w:rPr>
          <w:b/>
        </w:rPr>
        <w:t>) 50 g</w:t>
      </w:r>
    </w:p>
    <w:p w14:paraId="194906A5" w14:textId="77777777" w:rsidR="00667169" w:rsidRDefault="00000000">
      <w:pPr>
        <w:spacing w:after="0"/>
      </w:pPr>
      <w:r>
        <w:rPr>
          <w:b/>
        </w:rPr>
        <w:t>Herbata czarna 180 ml</w:t>
      </w:r>
    </w:p>
    <w:p w14:paraId="2190AB87" w14:textId="77777777" w:rsidR="00667169" w:rsidRDefault="00000000">
      <w:pPr>
        <w:spacing w:after="40"/>
      </w:pPr>
      <w:r>
        <w:t>Składniki: 180 ml woda, 1 ml herbata czarna, 1 g cukier</w:t>
      </w:r>
    </w:p>
    <w:p w14:paraId="46112DBD" w14:textId="77777777" w:rsidR="00667169" w:rsidRDefault="00000000">
      <w:pPr>
        <w:spacing w:after="0"/>
      </w:pPr>
      <w:r>
        <w:rPr>
          <w:b/>
        </w:rPr>
        <w:t>Jabłko 50 g</w:t>
      </w:r>
    </w:p>
    <w:p w14:paraId="1C148161" w14:textId="77777777" w:rsidR="00667169" w:rsidRDefault="00000000">
      <w:pPr>
        <w:spacing w:before="80"/>
      </w:pPr>
      <w:r>
        <w:t>Energia: 870 kcal   Białko: 33,3 g   Tłuszcz: 31,8 g   Węglowodany: 107,8 g</w:t>
      </w:r>
    </w:p>
    <w:p w14:paraId="59B43849" w14:textId="77777777" w:rsidR="00667169" w:rsidRDefault="00000000">
      <w:r>
        <w:br w:type="page"/>
      </w:r>
    </w:p>
    <w:p w14:paraId="71E01E62" w14:textId="304BAC5D" w:rsidR="00667169" w:rsidRDefault="00000000">
      <w:pPr>
        <w:spacing w:after="120"/>
      </w:pPr>
      <w:r>
        <w:rPr>
          <w:b/>
          <w:u w:val="single"/>
        </w:rPr>
        <w:lastRenderedPageBreak/>
        <w:t xml:space="preserve">22.09.2026 </w:t>
      </w:r>
      <w:r w:rsidR="0064799F">
        <w:rPr>
          <w:b/>
          <w:u w:val="single"/>
        </w:rPr>
        <w:t>WTOREK</w:t>
      </w:r>
    </w:p>
    <w:p w14:paraId="3DFA9BF3" w14:textId="77777777" w:rsidR="00667169" w:rsidRDefault="00000000">
      <w:pPr>
        <w:spacing w:before="80" w:after="40"/>
      </w:pPr>
      <w:r>
        <w:rPr>
          <w:b/>
        </w:rPr>
        <w:t>Śniadanie</w:t>
      </w:r>
    </w:p>
    <w:p w14:paraId="523D86FA" w14:textId="77777777" w:rsidR="00667169" w:rsidRDefault="00000000">
      <w:pPr>
        <w:spacing w:after="0"/>
      </w:pPr>
      <w:r>
        <w:rPr>
          <w:b/>
        </w:rPr>
        <w:t>Zacierka na mleku 150 g</w:t>
      </w:r>
    </w:p>
    <w:p w14:paraId="1D700C86" w14:textId="77777777" w:rsidR="00667169" w:rsidRDefault="00000000">
      <w:pPr>
        <w:spacing w:after="40"/>
      </w:pPr>
      <w:r>
        <w:t xml:space="preserve">Składniki: 125 ml </w:t>
      </w:r>
      <w:r>
        <w:rPr>
          <w:b/>
          <w:u w:val="single"/>
        </w:rPr>
        <w:t>mleko</w:t>
      </w:r>
      <w:r>
        <w:t xml:space="preserve"> krowie, 2% tłuszczu, 10 g zacierka (</w:t>
      </w:r>
      <w:r>
        <w:rPr>
          <w:b/>
          <w:u w:val="single"/>
        </w:rPr>
        <w:t>pszenica</w:t>
      </w:r>
      <w:r>
        <w:t>), 1 g cukier</w:t>
      </w:r>
    </w:p>
    <w:p w14:paraId="6E9D3323" w14:textId="77777777" w:rsidR="00667169" w:rsidRDefault="00000000">
      <w:pPr>
        <w:spacing w:after="0"/>
      </w:pPr>
      <w:r>
        <w:rPr>
          <w:b/>
        </w:rPr>
        <w:t>Kanapka z szynką z indyka i pomidorem 65 g</w:t>
      </w:r>
    </w:p>
    <w:p w14:paraId="1FBFCA57" w14:textId="77777777" w:rsidR="00667169" w:rsidRDefault="00000000">
      <w:pPr>
        <w:spacing w:after="40"/>
      </w:pPr>
      <w:r>
        <w:t xml:space="preserve">Składniki: 25 g chleb </w:t>
      </w:r>
      <w:r>
        <w:rPr>
          <w:b/>
          <w:u w:val="single"/>
        </w:rPr>
        <w:t>pszenno-żytni</w:t>
      </w:r>
      <w:r>
        <w:t xml:space="preserve">, 20 g pomidor, 15 g szynka z indyka, 5 g masło ekstra (z </w:t>
      </w:r>
      <w:r>
        <w:rPr>
          <w:b/>
          <w:u w:val="single"/>
        </w:rPr>
        <w:t>mleka</w:t>
      </w:r>
      <w:r>
        <w:t>)</w:t>
      </w:r>
    </w:p>
    <w:p w14:paraId="1BC23291" w14:textId="77777777" w:rsidR="00667169" w:rsidRDefault="00000000">
      <w:pPr>
        <w:spacing w:after="0"/>
      </w:pPr>
      <w:r>
        <w:rPr>
          <w:b/>
        </w:rPr>
        <w:t>Herbata czarna 180 ml</w:t>
      </w:r>
    </w:p>
    <w:p w14:paraId="041A98AE" w14:textId="77777777" w:rsidR="00667169" w:rsidRDefault="00000000">
      <w:pPr>
        <w:spacing w:after="40"/>
      </w:pPr>
      <w:r>
        <w:t>Składniki: 180 ml woda, 3 g cukier, 1 ml herbata czarna</w:t>
      </w:r>
    </w:p>
    <w:p w14:paraId="0B6000F0" w14:textId="77777777" w:rsidR="00667169" w:rsidRDefault="00000000">
      <w:pPr>
        <w:spacing w:before="80" w:after="40"/>
      </w:pPr>
      <w:r>
        <w:rPr>
          <w:b/>
        </w:rPr>
        <w:t>Zupa</w:t>
      </w:r>
    </w:p>
    <w:p w14:paraId="7D10B3BA" w14:textId="77777777" w:rsidR="00667169" w:rsidRDefault="00000000">
      <w:pPr>
        <w:spacing w:after="0"/>
      </w:pPr>
      <w:r>
        <w:rPr>
          <w:b/>
        </w:rPr>
        <w:t xml:space="preserve">Żurek z </w:t>
      </w:r>
      <w:r>
        <w:rPr>
          <w:b/>
          <w:u w:val="single"/>
        </w:rPr>
        <w:t>jajkiem</w:t>
      </w:r>
      <w:r>
        <w:rPr>
          <w:b/>
        </w:rPr>
        <w:t xml:space="preserve"> na białej kiełbasie 300 ml</w:t>
      </w:r>
    </w:p>
    <w:p w14:paraId="04CBDDC9" w14:textId="77777777" w:rsidR="00667169" w:rsidRDefault="00000000">
      <w:pPr>
        <w:spacing w:after="40"/>
      </w:pPr>
      <w:r>
        <w:t xml:space="preserve">Składniki: 200 ml woda, 100 g ziemniaki, 30 g </w:t>
      </w:r>
      <w:r>
        <w:rPr>
          <w:b/>
          <w:u w:val="single"/>
        </w:rPr>
        <w:t>jaja</w:t>
      </w:r>
      <w:r>
        <w:t xml:space="preserve"> kurze całe, 15 g marchew, 10 g zakwas na żurek (</w:t>
      </w:r>
      <w:r>
        <w:rPr>
          <w:b/>
          <w:u w:val="single"/>
        </w:rPr>
        <w:t>żyto</w:t>
      </w:r>
      <w:r>
        <w:t xml:space="preserve">), 5 g pietruszka, korzeń, 5 g </w:t>
      </w:r>
      <w:r>
        <w:rPr>
          <w:b/>
          <w:u w:val="single"/>
        </w:rPr>
        <w:t>seler</w:t>
      </w:r>
      <w:r>
        <w:t xml:space="preserve"> korzeniowy, 5 g natka pietruszki, 5 g czosnek, 4 g por, 1 g pieprz, 1 g liść laurowy, 1 g ziele angielskie</w:t>
      </w:r>
    </w:p>
    <w:p w14:paraId="1C081B33" w14:textId="77777777" w:rsidR="00667169" w:rsidRDefault="00000000">
      <w:pPr>
        <w:spacing w:before="80" w:after="40"/>
      </w:pPr>
      <w:r>
        <w:rPr>
          <w:b/>
        </w:rPr>
        <w:t>II danie</w:t>
      </w:r>
    </w:p>
    <w:p w14:paraId="7E082953" w14:textId="77777777" w:rsidR="00667169" w:rsidRDefault="00000000">
      <w:pPr>
        <w:spacing w:after="0"/>
      </w:pPr>
      <w:r>
        <w:rPr>
          <w:b/>
        </w:rPr>
        <w:t xml:space="preserve">Paluszki </w:t>
      </w:r>
      <w:r>
        <w:rPr>
          <w:b/>
          <w:u w:val="single"/>
        </w:rPr>
        <w:t>rybne</w:t>
      </w:r>
      <w:r>
        <w:rPr>
          <w:b/>
        </w:rPr>
        <w:t xml:space="preserve"> pieczone 100 g</w:t>
      </w:r>
    </w:p>
    <w:p w14:paraId="1A263F07" w14:textId="77777777" w:rsidR="00667169" w:rsidRDefault="00000000">
      <w:pPr>
        <w:spacing w:after="40"/>
      </w:pPr>
      <w:r>
        <w:t xml:space="preserve">Składniki: 150 g paluszki </w:t>
      </w:r>
      <w:r>
        <w:rPr>
          <w:b/>
          <w:u w:val="single"/>
        </w:rPr>
        <w:t>rybne</w:t>
      </w:r>
      <w:r>
        <w:t xml:space="preserve"> mrożone (</w:t>
      </w:r>
      <w:r>
        <w:rPr>
          <w:b/>
          <w:u w:val="single"/>
        </w:rPr>
        <w:t>pszenica</w:t>
      </w:r>
      <w:r>
        <w:t xml:space="preserve">, </w:t>
      </w:r>
      <w:r>
        <w:rPr>
          <w:b/>
          <w:u w:val="single"/>
        </w:rPr>
        <w:t>ryba</w:t>
      </w:r>
      <w:r>
        <w:t>)</w:t>
      </w:r>
    </w:p>
    <w:p w14:paraId="484CBC58" w14:textId="77777777" w:rsidR="00667169" w:rsidRDefault="00000000">
      <w:pPr>
        <w:spacing w:after="0"/>
      </w:pPr>
      <w:r>
        <w:rPr>
          <w:b/>
        </w:rPr>
        <w:t>Ziemniaki gotowane 100 g</w:t>
      </w:r>
    </w:p>
    <w:p w14:paraId="42E25CC7" w14:textId="77777777" w:rsidR="00667169" w:rsidRDefault="00000000">
      <w:pPr>
        <w:spacing w:after="40"/>
      </w:pPr>
      <w:r>
        <w:t>Składniki: 150 g ziemniaki, 3 g sól biała</w:t>
      </w:r>
    </w:p>
    <w:p w14:paraId="010E0BD9" w14:textId="77777777" w:rsidR="00667169" w:rsidRDefault="00000000">
      <w:pPr>
        <w:spacing w:after="0"/>
      </w:pPr>
      <w:r>
        <w:rPr>
          <w:b/>
        </w:rPr>
        <w:t>Surówka z kapusty pekińskiej z marchewką 110 g</w:t>
      </w:r>
    </w:p>
    <w:p w14:paraId="12E9373C" w14:textId="3327FA40" w:rsidR="00667169" w:rsidRDefault="00000000">
      <w:pPr>
        <w:spacing w:after="40"/>
      </w:pPr>
      <w:r>
        <w:t xml:space="preserve">Składniki: 110 g kapusta pekińska, 25 g jabłko, 11 g marchew, 10 g śmietana 18% (z </w:t>
      </w:r>
      <w:r>
        <w:rPr>
          <w:b/>
          <w:u w:val="single"/>
        </w:rPr>
        <w:t>mleka</w:t>
      </w:r>
      <w:r>
        <w:t>), 4 g cytryna, 3 g majonez (</w:t>
      </w:r>
      <w:r>
        <w:rPr>
          <w:b/>
          <w:u w:val="single"/>
        </w:rPr>
        <w:t>jaja</w:t>
      </w:r>
      <w:r>
        <w:t xml:space="preserve">, </w:t>
      </w:r>
      <w:r>
        <w:rPr>
          <w:b/>
          <w:u w:val="single"/>
        </w:rPr>
        <w:t>gorczyca</w:t>
      </w:r>
      <w:r>
        <w:t xml:space="preserve">), </w:t>
      </w:r>
      <w:r w:rsidR="0064799F">
        <w:t>3</w:t>
      </w:r>
      <w:r>
        <w:t xml:space="preserve"> g sól biała, </w:t>
      </w:r>
      <w:r w:rsidR="0064799F">
        <w:t>1</w:t>
      </w:r>
      <w:r>
        <w:t xml:space="preserve"> g pieprz</w:t>
      </w:r>
    </w:p>
    <w:p w14:paraId="17F8C381" w14:textId="77777777" w:rsidR="00667169" w:rsidRDefault="00000000">
      <w:pPr>
        <w:spacing w:after="0"/>
      </w:pPr>
      <w:r>
        <w:rPr>
          <w:b/>
        </w:rPr>
        <w:t>Kompot jabłkowy 200 ml</w:t>
      </w:r>
    </w:p>
    <w:p w14:paraId="3D70EE83" w14:textId="77777777" w:rsidR="00667169" w:rsidRDefault="00000000">
      <w:pPr>
        <w:spacing w:after="40"/>
      </w:pPr>
      <w:r>
        <w:t>Składniki: 160 ml woda, 50 g jabłko</w:t>
      </w:r>
    </w:p>
    <w:p w14:paraId="307AF417" w14:textId="77777777" w:rsidR="00667169" w:rsidRDefault="00000000">
      <w:pPr>
        <w:spacing w:before="80" w:after="40"/>
      </w:pPr>
      <w:r>
        <w:rPr>
          <w:b/>
        </w:rPr>
        <w:t>Podwieczorek</w:t>
      </w:r>
    </w:p>
    <w:p w14:paraId="77F2E613" w14:textId="77777777" w:rsidR="00667169" w:rsidRDefault="00000000">
      <w:pPr>
        <w:spacing w:after="0"/>
      </w:pPr>
      <w:r>
        <w:rPr>
          <w:b/>
        </w:rPr>
        <w:t>Koktajl truskawkowy na jogurcie 200 ml</w:t>
      </w:r>
    </w:p>
    <w:p w14:paraId="3C71714C" w14:textId="77777777" w:rsidR="00667169" w:rsidRDefault="00000000">
      <w:pPr>
        <w:spacing w:after="40"/>
      </w:pPr>
      <w:r>
        <w:t xml:space="preserve">Składniki: 100 g jogurt naturalny, 2% tłuszczu (z </w:t>
      </w:r>
      <w:r>
        <w:rPr>
          <w:b/>
          <w:u w:val="single"/>
        </w:rPr>
        <w:t>mleka</w:t>
      </w:r>
      <w:r>
        <w:t xml:space="preserve">), 75 g truskawki, mrożone, 25 ml </w:t>
      </w:r>
      <w:r>
        <w:rPr>
          <w:b/>
          <w:u w:val="single"/>
        </w:rPr>
        <w:t>mleko</w:t>
      </w:r>
      <w:r>
        <w:t xml:space="preserve"> krowie, 2% tłuszczu</w:t>
      </w:r>
    </w:p>
    <w:p w14:paraId="671436F7" w14:textId="77777777" w:rsidR="00667169" w:rsidRDefault="00000000">
      <w:pPr>
        <w:spacing w:after="0"/>
      </w:pPr>
      <w:r>
        <w:rPr>
          <w:b/>
        </w:rPr>
        <w:t>Bułka paryska z masłem 25 g</w:t>
      </w:r>
    </w:p>
    <w:p w14:paraId="0D8D9114" w14:textId="77777777" w:rsidR="00667169" w:rsidRDefault="00000000">
      <w:pPr>
        <w:spacing w:after="40"/>
      </w:pPr>
      <w:r>
        <w:t>Składniki: 20 g bułka paryska (angielka) (</w:t>
      </w:r>
      <w:r>
        <w:rPr>
          <w:b/>
          <w:u w:val="single"/>
        </w:rPr>
        <w:t>pszenica</w:t>
      </w:r>
      <w:r>
        <w:t xml:space="preserve">), 3 g masło ekstra (z </w:t>
      </w:r>
      <w:r>
        <w:rPr>
          <w:b/>
          <w:u w:val="single"/>
        </w:rPr>
        <w:t>mleka</w:t>
      </w:r>
      <w:r>
        <w:t>)</w:t>
      </w:r>
    </w:p>
    <w:p w14:paraId="0B035C99" w14:textId="77777777" w:rsidR="00667169" w:rsidRDefault="00000000">
      <w:pPr>
        <w:spacing w:before="80"/>
      </w:pPr>
      <w:r>
        <w:t>Energia: 982 kcal   Białko: 46,6 g   Tłuszcz: 33,4 g   Węglowodany: 116,1 g</w:t>
      </w:r>
    </w:p>
    <w:p w14:paraId="1B041321" w14:textId="77777777" w:rsidR="00667169" w:rsidRDefault="00000000">
      <w:r>
        <w:br w:type="page"/>
      </w:r>
    </w:p>
    <w:p w14:paraId="065E9FA6" w14:textId="6BE3B37B" w:rsidR="00667169" w:rsidRDefault="00000000">
      <w:pPr>
        <w:spacing w:after="120"/>
      </w:pPr>
      <w:r>
        <w:rPr>
          <w:b/>
          <w:u w:val="single"/>
        </w:rPr>
        <w:lastRenderedPageBreak/>
        <w:t xml:space="preserve">23.09.2026 </w:t>
      </w:r>
      <w:r w:rsidR="0064799F">
        <w:rPr>
          <w:b/>
          <w:u w:val="single"/>
        </w:rPr>
        <w:t>ŚRODA</w:t>
      </w:r>
    </w:p>
    <w:p w14:paraId="771F61CB" w14:textId="77777777" w:rsidR="00667169" w:rsidRDefault="00000000">
      <w:pPr>
        <w:spacing w:before="80" w:after="40"/>
      </w:pPr>
      <w:r>
        <w:rPr>
          <w:b/>
        </w:rPr>
        <w:t>Śniadanie</w:t>
      </w:r>
    </w:p>
    <w:p w14:paraId="09F79552" w14:textId="77777777" w:rsidR="00667169" w:rsidRDefault="00000000">
      <w:pPr>
        <w:spacing w:after="0"/>
      </w:pPr>
      <w:r>
        <w:rPr>
          <w:b/>
        </w:rPr>
        <w:t>Kanapka z masłem 30 g</w:t>
      </w:r>
    </w:p>
    <w:p w14:paraId="7A2825E7" w14:textId="77777777" w:rsidR="00667169" w:rsidRDefault="00000000">
      <w:pPr>
        <w:spacing w:after="40"/>
      </w:pPr>
      <w:r>
        <w:t xml:space="preserve">Składniki: 25 g chleb </w:t>
      </w:r>
      <w:r>
        <w:rPr>
          <w:b/>
          <w:u w:val="single"/>
        </w:rPr>
        <w:t>pszenno-żytni</w:t>
      </w:r>
      <w:r>
        <w:t xml:space="preserve">, 5 g masło ekstra (z </w:t>
      </w:r>
      <w:r>
        <w:rPr>
          <w:b/>
          <w:u w:val="single"/>
        </w:rPr>
        <w:t>mleka</w:t>
      </w:r>
      <w:r>
        <w:t>)</w:t>
      </w:r>
    </w:p>
    <w:p w14:paraId="71431B2E" w14:textId="77777777" w:rsidR="00667169" w:rsidRDefault="00000000">
      <w:pPr>
        <w:spacing w:after="0"/>
      </w:pPr>
      <w:r>
        <w:rPr>
          <w:b/>
        </w:rPr>
        <w:t>Parówki wieprzowe z wody 50 g</w:t>
      </w:r>
    </w:p>
    <w:p w14:paraId="3676B51D" w14:textId="77777777" w:rsidR="00667169" w:rsidRDefault="00000000">
      <w:pPr>
        <w:spacing w:after="40"/>
      </w:pPr>
      <w:r>
        <w:t>Składniki: 50 g parówki wieprzowe</w:t>
      </w:r>
    </w:p>
    <w:p w14:paraId="030EE7B0" w14:textId="77777777" w:rsidR="00667169" w:rsidRDefault="00000000">
      <w:pPr>
        <w:spacing w:after="0"/>
      </w:pPr>
      <w:r>
        <w:rPr>
          <w:b/>
        </w:rPr>
        <w:t>Papryka słupki 50 g</w:t>
      </w:r>
    </w:p>
    <w:p w14:paraId="6DDB0FB8" w14:textId="77777777" w:rsidR="00667169" w:rsidRDefault="00000000">
      <w:pPr>
        <w:spacing w:after="40"/>
      </w:pPr>
      <w:r>
        <w:t>Składniki: 100 g papryka czerwona</w:t>
      </w:r>
    </w:p>
    <w:p w14:paraId="07F6FC50" w14:textId="77777777" w:rsidR="00667169" w:rsidRDefault="00000000">
      <w:pPr>
        <w:spacing w:after="0"/>
      </w:pPr>
      <w:r>
        <w:rPr>
          <w:b/>
        </w:rPr>
        <w:t>Kakao 150 ml</w:t>
      </w:r>
    </w:p>
    <w:p w14:paraId="293A33D9" w14:textId="77777777" w:rsidR="00667169" w:rsidRDefault="00000000">
      <w:pPr>
        <w:spacing w:after="40"/>
      </w:pPr>
      <w:r>
        <w:t xml:space="preserve">Składniki: 150 ml </w:t>
      </w:r>
      <w:r>
        <w:rPr>
          <w:b/>
          <w:u w:val="single"/>
        </w:rPr>
        <w:t>mleko</w:t>
      </w:r>
      <w:r>
        <w:t xml:space="preserve"> krowie, 3,2% tłuszczu, 3 g kakao 16%, proszek</w:t>
      </w:r>
    </w:p>
    <w:p w14:paraId="38E3DACF" w14:textId="77777777" w:rsidR="00667169" w:rsidRDefault="00000000">
      <w:pPr>
        <w:spacing w:before="80" w:after="40"/>
      </w:pPr>
      <w:r>
        <w:rPr>
          <w:b/>
        </w:rPr>
        <w:t>Zupa</w:t>
      </w:r>
    </w:p>
    <w:p w14:paraId="184DFBE9" w14:textId="77777777" w:rsidR="00667169" w:rsidRDefault="00000000">
      <w:pPr>
        <w:spacing w:after="0"/>
      </w:pPr>
      <w:r>
        <w:rPr>
          <w:b/>
        </w:rPr>
        <w:t xml:space="preserve">Zupa szczawiowa z ziemniakami i </w:t>
      </w:r>
      <w:r>
        <w:rPr>
          <w:b/>
          <w:u w:val="single"/>
        </w:rPr>
        <w:t>jajkiem</w:t>
      </w:r>
      <w:r>
        <w:rPr>
          <w:b/>
        </w:rPr>
        <w:t xml:space="preserve"> 300 ml</w:t>
      </w:r>
    </w:p>
    <w:p w14:paraId="02C5E2C7" w14:textId="1F01184C" w:rsidR="00667169" w:rsidRDefault="00000000">
      <w:pPr>
        <w:spacing w:after="40"/>
      </w:pPr>
      <w:r>
        <w:t xml:space="preserve">Składniki: 200 ml woda, 75 g ziemniaki, 50 g szczaw konserwowy, 30 g </w:t>
      </w:r>
      <w:r>
        <w:rPr>
          <w:b/>
          <w:u w:val="single"/>
        </w:rPr>
        <w:t>jaja</w:t>
      </w:r>
      <w:r>
        <w:t xml:space="preserve"> kurze całe, 15 g marchew, 15 g śmietana 12% (z </w:t>
      </w:r>
      <w:r>
        <w:rPr>
          <w:b/>
          <w:u w:val="single"/>
        </w:rPr>
        <w:t>mleka</w:t>
      </w:r>
      <w:r>
        <w:t xml:space="preserve">), 10 g mięso z ud kurczaka, bez skóry, 5 g pietruszka, korzeń, 5 g </w:t>
      </w:r>
      <w:r>
        <w:rPr>
          <w:b/>
          <w:u w:val="single"/>
        </w:rPr>
        <w:t>seler</w:t>
      </w:r>
      <w:r>
        <w:t xml:space="preserve"> korzeniowy, 4 g por, </w:t>
      </w:r>
      <w:r w:rsidR="0064799F">
        <w:t>5</w:t>
      </w:r>
      <w:r>
        <w:t xml:space="preserve"> g sól biała, </w:t>
      </w:r>
      <w:r w:rsidR="0064799F">
        <w:t>5</w:t>
      </w:r>
      <w:r>
        <w:t xml:space="preserve"> g pieprz, </w:t>
      </w:r>
      <w:r w:rsidR="0064799F">
        <w:t>5</w:t>
      </w:r>
      <w:r>
        <w:t xml:space="preserve"> g liść laurowy, </w:t>
      </w:r>
      <w:r w:rsidR="0064799F">
        <w:t>5</w:t>
      </w:r>
      <w:r>
        <w:t xml:space="preserve"> g ziele angielskie</w:t>
      </w:r>
    </w:p>
    <w:p w14:paraId="7C99AA8E" w14:textId="77777777" w:rsidR="00667169" w:rsidRDefault="00000000">
      <w:pPr>
        <w:spacing w:before="80" w:after="40"/>
      </w:pPr>
      <w:r>
        <w:rPr>
          <w:b/>
        </w:rPr>
        <w:t>II danie</w:t>
      </w:r>
    </w:p>
    <w:p w14:paraId="2E31079E" w14:textId="77777777" w:rsidR="00667169" w:rsidRDefault="00000000">
      <w:pPr>
        <w:spacing w:after="0"/>
      </w:pPr>
      <w:r>
        <w:rPr>
          <w:b/>
        </w:rPr>
        <w:t>Makaron z truskawkami 450 g</w:t>
      </w:r>
    </w:p>
    <w:p w14:paraId="29FE16E2" w14:textId="31348E46" w:rsidR="00667169" w:rsidRDefault="00000000">
      <w:pPr>
        <w:spacing w:after="40"/>
      </w:pPr>
      <w:r>
        <w:t xml:space="preserve">Składniki: 200 g truskawki, mrożone, 50 g makaron </w:t>
      </w:r>
      <w:r>
        <w:rPr>
          <w:b/>
          <w:u w:val="single"/>
        </w:rPr>
        <w:t>pszenny</w:t>
      </w:r>
      <w:r>
        <w:t xml:space="preserve"> bez</w:t>
      </w:r>
      <w:r>
        <w:rPr>
          <w:b/>
          <w:u w:val="single"/>
        </w:rPr>
        <w:t>jajecz</w:t>
      </w:r>
      <w:r>
        <w:t xml:space="preserve">ny, 20 g śmietana 18% (z </w:t>
      </w:r>
      <w:r>
        <w:rPr>
          <w:b/>
          <w:u w:val="single"/>
        </w:rPr>
        <w:t>mleka</w:t>
      </w:r>
      <w:r>
        <w:t xml:space="preserve">), 5 g cukier, </w:t>
      </w:r>
      <w:r w:rsidR="0064799F">
        <w:t>10</w:t>
      </w:r>
      <w:r>
        <w:t xml:space="preserve"> g olej rzepakowy</w:t>
      </w:r>
    </w:p>
    <w:p w14:paraId="13C0B7D1" w14:textId="77777777" w:rsidR="00667169" w:rsidRDefault="00000000">
      <w:pPr>
        <w:spacing w:after="0"/>
      </w:pPr>
      <w:r>
        <w:rPr>
          <w:b/>
        </w:rPr>
        <w:t xml:space="preserve">Napój </w:t>
      </w:r>
      <w:r>
        <w:rPr>
          <w:b/>
          <w:u w:val="single"/>
        </w:rPr>
        <w:t>owsiany</w:t>
      </w:r>
      <w:r>
        <w:rPr>
          <w:b/>
        </w:rPr>
        <w:t xml:space="preserve"> 330 g</w:t>
      </w:r>
    </w:p>
    <w:p w14:paraId="63588CFD" w14:textId="77777777" w:rsidR="00667169" w:rsidRDefault="00000000">
      <w:pPr>
        <w:spacing w:before="80" w:after="40"/>
      </w:pPr>
      <w:r>
        <w:rPr>
          <w:b/>
        </w:rPr>
        <w:t>Podwieczorek</w:t>
      </w:r>
    </w:p>
    <w:p w14:paraId="5725AB5D" w14:textId="77777777" w:rsidR="00667169" w:rsidRDefault="00000000">
      <w:pPr>
        <w:spacing w:after="0"/>
      </w:pPr>
      <w:r>
        <w:rPr>
          <w:b/>
        </w:rPr>
        <w:t>Sałatka owocowo- warzywna 100 g</w:t>
      </w:r>
    </w:p>
    <w:p w14:paraId="5B2BE660" w14:textId="77777777" w:rsidR="00667169" w:rsidRDefault="00000000">
      <w:pPr>
        <w:spacing w:after="40"/>
      </w:pPr>
      <w:r>
        <w:t>Składniki: 100 g banan, 50 g jabłko, 11 g brzoskwinia w syropie, 10 g marchew, 10 g kiwi, 3 g cytryna, 1 g cukier</w:t>
      </w:r>
    </w:p>
    <w:p w14:paraId="3E31D7AD" w14:textId="77777777" w:rsidR="00667169" w:rsidRDefault="00000000">
      <w:pPr>
        <w:spacing w:after="0"/>
      </w:pPr>
      <w:r>
        <w:rPr>
          <w:b/>
        </w:rPr>
        <w:t xml:space="preserve">Jogurt naturalny, 2% tłuszczu (z </w:t>
      </w:r>
      <w:r>
        <w:rPr>
          <w:b/>
          <w:u w:val="single"/>
        </w:rPr>
        <w:t>mleka</w:t>
      </w:r>
      <w:r>
        <w:rPr>
          <w:b/>
        </w:rPr>
        <w:t>) 100 g</w:t>
      </w:r>
    </w:p>
    <w:p w14:paraId="192BE9C8" w14:textId="77777777" w:rsidR="00667169" w:rsidRDefault="00000000">
      <w:pPr>
        <w:spacing w:before="80"/>
      </w:pPr>
      <w:r>
        <w:t>Energia: 1159 kcal   Białko: 36,4 g   Tłuszcz: 43,5 g   Węglowodany: 147,4 g</w:t>
      </w:r>
    </w:p>
    <w:p w14:paraId="44B460A4" w14:textId="77777777" w:rsidR="00667169" w:rsidRDefault="00000000">
      <w:r>
        <w:br w:type="page"/>
      </w:r>
    </w:p>
    <w:p w14:paraId="56EC5C40" w14:textId="53524965" w:rsidR="00667169" w:rsidRDefault="00000000">
      <w:pPr>
        <w:spacing w:after="120"/>
      </w:pPr>
      <w:r>
        <w:rPr>
          <w:b/>
          <w:u w:val="single"/>
        </w:rPr>
        <w:lastRenderedPageBreak/>
        <w:t xml:space="preserve">24.09.2026 </w:t>
      </w:r>
      <w:r w:rsidR="0064799F">
        <w:rPr>
          <w:b/>
          <w:u w:val="single"/>
        </w:rPr>
        <w:t>CZWARTEK</w:t>
      </w:r>
    </w:p>
    <w:p w14:paraId="449BF9F0" w14:textId="77777777" w:rsidR="00667169" w:rsidRDefault="00000000">
      <w:pPr>
        <w:spacing w:before="80" w:after="40"/>
      </w:pPr>
      <w:r>
        <w:rPr>
          <w:b/>
        </w:rPr>
        <w:t>Śniadanie</w:t>
      </w:r>
    </w:p>
    <w:p w14:paraId="2ED03B3D" w14:textId="77777777" w:rsidR="00667169" w:rsidRDefault="00000000">
      <w:pPr>
        <w:spacing w:after="0"/>
      </w:pPr>
      <w:r>
        <w:rPr>
          <w:b/>
        </w:rPr>
        <w:t>Bułka grahamka z szynką z indyka i rzodkiewką 80 g</w:t>
      </w:r>
    </w:p>
    <w:p w14:paraId="057D5ED7" w14:textId="77777777" w:rsidR="00667169" w:rsidRDefault="00000000">
      <w:pPr>
        <w:spacing w:after="40"/>
      </w:pPr>
      <w:r>
        <w:t xml:space="preserve">Składniki: 45 g bułki </w:t>
      </w:r>
      <w:r>
        <w:rPr>
          <w:b/>
          <w:u w:val="single"/>
        </w:rPr>
        <w:t>pszenne</w:t>
      </w:r>
      <w:r>
        <w:t xml:space="preserve"> grahamki, 15 g szynka z indyka, 15 g rzodkiewka, 5 g masło ekstra (z </w:t>
      </w:r>
      <w:r>
        <w:rPr>
          <w:b/>
          <w:u w:val="single"/>
        </w:rPr>
        <w:t>mleka</w:t>
      </w:r>
      <w:r>
        <w:t>)</w:t>
      </w:r>
    </w:p>
    <w:p w14:paraId="35AC231E" w14:textId="77777777" w:rsidR="00667169" w:rsidRDefault="00000000">
      <w:pPr>
        <w:spacing w:after="0"/>
      </w:pPr>
      <w:r>
        <w:rPr>
          <w:b/>
        </w:rPr>
        <w:t>Pomidor 20 g</w:t>
      </w:r>
    </w:p>
    <w:p w14:paraId="27CBF48A" w14:textId="77777777" w:rsidR="00667169" w:rsidRDefault="00000000">
      <w:pPr>
        <w:spacing w:after="0"/>
      </w:pPr>
      <w:r>
        <w:rPr>
          <w:b/>
        </w:rPr>
        <w:t>Kawa zbożowa na mleku 200 ml</w:t>
      </w:r>
    </w:p>
    <w:p w14:paraId="56712647" w14:textId="77777777" w:rsidR="00667169" w:rsidRDefault="00000000">
      <w:pPr>
        <w:spacing w:after="40"/>
      </w:pPr>
      <w:r>
        <w:t xml:space="preserve">Składniki: 200 ml </w:t>
      </w:r>
      <w:r>
        <w:rPr>
          <w:b/>
          <w:u w:val="single"/>
        </w:rPr>
        <w:t>mleko</w:t>
      </w:r>
      <w:r>
        <w:t xml:space="preserve"> krowie, 2% tłuszczu, 4 g kawa zbożowa (</w:t>
      </w:r>
      <w:r>
        <w:rPr>
          <w:b/>
          <w:u w:val="single"/>
        </w:rPr>
        <w:t>żyto</w:t>
      </w:r>
      <w:r>
        <w:t xml:space="preserve">, </w:t>
      </w:r>
      <w:r>
        <w:rPr>
          <w:b/>
          <w:u w:val="single"/>
        </w:rPr>
        <w:t>jęczmień</w:t>
      </w:r>
      <w:r>
        <w:t>)</w:t>
      </w:r>
    </w:p>
    <w:p w14:paraId="4DD64AF5" w14:textId="77777777" w:rsidR="00667169" w:rsidRDefault="00000000">
      <w:pPr>
        <w:spacing w:before="80" w:after="40"/>
      </w:pPr>
      <w:r>
        <w:rPr>
          <w:b/>
        </w:rPr>
        <w:t>Zupa</w:t>
      </w:r>
    </w:p>
    <w:p w14:paraId="310678B0" w14:textId="77777777" w:rsidR="00667169" w:rsidRDefault="00000000">
      <w:pPr>
        <w:spacing w:after="0"/>
      </w:pPr>
      <w:r>
        <w:rPr>
          <w:b/>
        </w:rPr>
        <w:t>Zupa z soczewicy na wywarze warzywnym z ziemniakami 150 ml</w:t>
      </w:r>
    </w:p>
    <w:p w14:paraId="6050D00D" w14:textId="77777777" w:rsidR="00667169" w:rsidRDefault="00000000">
      <w:pPr>
        <w:spacing w:after="40"/>
      </w:pPr>
      <w:r>
        <w:t xml:space="preserve">Składniki: 100 ml woda, 25 g marchew, 25 g pomidory w puszce krojone, 25 g ziemniaki, 20 g pietruszka, korzeń, 15 g </w:t>
      </w:r>
      <w:r>
        <w:rPr>
          <w:b/>
          <w:u w:val="single"/>
        </w:rPr>
        <w:t>seler</w:t>
      </w:r>
      <w:r>
        <w:t xml:space="preserve"> korzeniowy, 10 g cebula, 10 g soczewica czerwona, nasiona suche, 8 g por, 7 g śmietana 18% (z </w:t>
      </w:r>
      <w:r>
        <w:rPr>
          <w:b/>
          <w:u w:val="single"/>
        </w:rPr>
        <w:t>mleka</w:t>
      </w:r>
      <w:r>
        <w:t>), 5 g sól biała, 2 g koncentrat pomidorowy, 30%, 1 g czosnek, 1 g olej rzepakowy, 1 g pieprz, 1 g liść laurowy, 1 g ziele angielskie, 1 g papryka słodka, 1 g tymianek, 1 g oregano suszone</w:t>
      </w:r>
    </w:p>
    <w:p w14:paraId="174A73F1" w14:textId="77777777" w:rsidR="00667169" w:rsidRDefault="00000000">
      <w:pPr>
        <w:spacing w:before="80" w:after="40"/>
      </w:pPr>
      <w:r>
        <w:rPr>
          <w:b/>
        </w:rPr>
        <w:t>II danie</w:t>
      </w:r>
    </w:p>
    <w:p w14:paraId="1E4EA9A3" w14:textId="77777777" w:rsidR="00667169" w:rsidRDefault="00000000">
      <w:pPr>
        <w:spacing w:after="0"/>
      </w:pPr>
      <w:r>
        <w:rPr>
          <w:b/>
        </w:rPr>
        <w:t>Schab duszony w sosie własnym 135 g</w:t>
      </w:r>
    </w:p>
    <w:p w14:paraId="4ACE97D3" w14:textId="77777777" w:rsidR="00667169" w:rsidRDefault="00000000">
      <w:pPr>
        <w:spacing w:after="40"/>
      </w:pPr>
      <w:r>
        <w:t>Składniki: 100 g wieprzowina schab surowy bez kości, 10 g olej rzepakowy, 10 g cebula</w:t>
      </w:r>
    </w:p>
    <w:p w14:paraId="72A349AC" w14:textId="77777777" w:rsidR="00667169" w:rsidRDefault="00000000">
      <w:pPr>
        <w:spacing w:after="0"/>
      </w:pPr>
      <w:r>
        <w:rPr>
          <w:b/>
        </w:rPr>
        <w:t>Kasza kuskus (</w:t>
      </w:r>
      <w:r>
        <w:rPr>
          <w:b/>
          <w:u w:val="single"/>
        </w:rPr>
        <w:t>pszenica</w:t>
      </w:r>
      <w:r>
        <w:rPr>
          <w:b/>
        </w:rPr>
        <w:t>) 80 g</w:t>
      </w:r>
    </w:p>
    <w:p w14:paraId="7D4E4B62" w14:textId="77777777" w:rsidR="00667169" w:rsidRDefault="00000000">
      <w:pPr>
        <w:spacing w:after="0"/>
      </w:pPr>
      <w:r>
        <w:rPr>
          <w:b/>
        </w:rPr>
        <w:t>Trio na parze 75 g</w:t>
      </w:r>
    </w:p>
    <w:p w14:paraId="3FAEF134" w14:textId="5B70DEDE" w:rsidR="00667169" w:rsidRDefault="00000000">
      <w:pPr>
        <w:spacing w:after="40"/>
      </w:pPr>
      <w:r>
        <w:t xml:space="preserve">Składniki: 25 g brokuły, 25 g kalafior, 25 g marchew, </w:t>
      </w:r>
    </w:p>
    <w:p w14:paraId="35682272" w14:textId="77777777" w:rsidR="00667169" w:rsidRDefault="00000000">
      <w:pPr>
        <w:spacing w:after="0"/>
      </w:pPr>
      <w:r>
        <w:rPr>
          <w:b/>
        </w:rPr>
        <w:t>Kompot owocowy 200 ml</w:t>
      </w:r>
    </w:p>
    <w:p w14:paraId="76FE3EFC" w14:textId="77777777" w:rsidR="00667169" w:rsidRDefault="00000000">
      <w:pPr>
        <w:spacing w:after="40"/>
      </w:pPr>
      <w:r>
        <w:t>Składniki: 180 ml woda, 45 g mieszanka owocowa, mrożona, 4 g cukier</w:t>
      </w:r>
    </w:p>
    <w:p w14:paraId="12C34601" w14:textId="77777777" w:rsidR="00667169" w:rsidRDefault="00000000">
      <w:pPr>
        <w:spacing w:before="80" w:after="40"/>
      </w:pPr>
      <w:r>
        <w:rPr>
          <w:b/>
        </w:rPr>
        <w:t>Podwieczorek</w:t>
      </w:r>
    </w:p>
    <w:p w14:paraId="686162F6" w14:textId="77777777" w:rsidR="00667169" w:rsidRDefault="00000000">
      <w:pPr>
        <w:spacing w:after="0"/>
      </w:pPr>
      <w:r>
        <w:rPr>
          <w:b/>
        </w:rPr>
        <w:t xml:space="preserve">Serek twarogowy, homogenizowany, waniliowy (z </w:t>
      </w:r>
      <w:r>
        <w:rPr>
          <w:b/>
          <w:u w:val="single"/>
        </w:rPr>
        <w:t>mleka</w:t>
      </w:r>
      <w:r>
        <w:rPr>
          <w:b/>
        </w:rPr>
        <w:t>) 50 g</w:t>
      </w:r>
    </w:p>
    <w:p w14:paraId="7B1E65F5" w14:textId="77777777" w:rsidR="00667169" w:rsidRDefault="00000000">
      <w:pPr>
        <w:spacing w:after="0"/>
      </w:pPr>
      <w:r>
        <w:rPr>
          <w:b/>
        </w:rPr>
        <w:t>Bułka grahamka z masłem 50 g</w:t>
      </w:r>
    </w:p>
    <w:p w14:paraId="583A6C1A" w14:textId="77777777" w:rsidR="00667169" w:rsidRDefault="00000000">
      <w:pPr>
        <w:spacing w:after="40"/>
      </w:pPr>
      <w:r>
        <w:t xml:space="preserve">Składniki: 45 g bułki </w:t>
      </w:r>
      <w:r>
        <w:rPr>
          <w:b/>
          <w:u w:val="single"/>
        </w:rPr>
        <w:t>pszenne</w:t>
      </w:r>
      <w:r>
        <w:t xml:space="preserve"> grahamki, 5 g masło ekstra (z </w:t>
      </w:r>
      <w:r>
        <w:rPr>
          <w:b/>
          <w:u w:val="single"/>
        </w:rPr>
        <w:t>mleka</w:t>
      </w:r>
      <w:r>
        <w:t>)</w:t>
      </w:r>
    </w:p>
    <w:p w14:paraId="54520446" w14:textId="77777777" w:rsidR="00667169" w:rsidRDefault="00000000">
      <w:pPr>
        <w:spacing w:after="0"/>
      </w:pPr>
      <w:r>
        <w:rPr>
          <w:b/>
        </w:rPr>
        <w:t>Gruszka 50 g</w:t>
      </w:r>
    </w:p>
    <w:p w14:paraId="697AE1AC" w14:textId="77777777" w:rsidR="00667169" w:rsidRDefault="00000000">
      <w:pPr>
        <w:spacing w:before="80"/>
      </w:pPr>
      <w:r>
        <w:t>Energia: 1239 kcal   Białko: 64,9 g   Tłuszcz: 34,4 g   Węglowodany: 152,8 g</w:t>
      </w:r>
    </w:p>
    <w:p w14:paraId="2A306112" w14:textId="77777777" w:rsidR="00667169" w:rsidRDefault="00000000">
      <w:r>
        <w:br w:type="page"/>
      </w:r>
    </w:p>
    <w:p w14:paraId="1D08C45C" w14:textId="2A76A52A" w:rsidR="00667169" w:rsidRDefault="00000000">
      <w:pPr>
        <w:spacing w:after="120"/>
      </w:pPr>
      <w:r>
        <w:rPr>
          <w:b/>
          <w:u w:val="single"/>
        </w:rPr>
        <w:lastRenderedPageBreak/>
        <w:t xml:space="preserve">25.09.2026 </w:t>
      </w:r>
      <w:r w:rsidR="0064799F">
        <w:rPr>
          <w:b/>
          <w:u w:val="single"/>
        </w:rPr>
        <w:t>PIĄTEK</w:t>
      </w:r>
    </w:p>
    <w:p w14:paraId="7461C892" w14:textId="77777777" w:rsidR="00667169" w:rsidRDefault="00000000">
      <w:pPr>
        <w:spacing w:before="80" w:after="40"/>
      </w:pPr>
      <w:r>
        <w:rPr>
          <w:b/>
        </w:rPr>
        <w:t>Śniadanie</w:t>
      </w:r>
    </w:p>
    <w:p w14:paraId="6658905C" w14:textId="77777777" w:rsidR="00667169" w:rsidRDefault="00000000">
      <w:pPr>
        <w:spacing w:after="0"/>
      </w:pPr>
      <w:r>
        <w:rPr>
          <w:b/>
        </w:rPr>
        <w:t>Zupa mleczna z makaronem 200 g</w:t>
      </w:r>
    </w:p>
    <w:p w14:paraId="6EA6F50F" w14:textId="77777777" w:rsidR="00667169" w:rsidRDefault="00000000">
      <w:pPr>
        <w:spacing w:after="40"/>
      </w:pPr>
      <w:r>
        <w:t xml:space="preserve">Składniki: 180 ml </w:t>
      </w:r>
      <w:r>
        <w:rPr>
          <w:b/>
          <w:u w:val="single"/>
        </w:rPr>
        <w:t>mleko</w:t>
      </w:r>
      <w:r>
        <w:t xml:space="preserve"> krowie, 2% tłuszczu, 20 g makaron </w:t>
      </w:r>
      <w:r>
        <w:rPr>
          <w:b/>
          <w:u w:val="single"/>
        </w:rPr>
        <w:t>pszenny</w:t>
      </w:r>
      <w:r>
        <w:t xml:space="preserve"> bez</w:t>
      </w:r>
      <w:r>
        <w:rPr>
          <w:b/>
          <w:u w:val="single"/>
        </w:rPr>
        <w:t>jajecz</w:t>
      </w:r>
      <w:r>
        <w:t>ny</w:t>
      </w:r>
    </w:p>
    <w:p w14:paraId="16141FE9" w14:textId="77777777" w:rsidR="00667169" w:rsidRDefault="00000000">
      <w:pPr>
        <w:spacing w:after="0"/>
      </w:pPr>
      <w:r>
        <w:rPr>
          <w:b/>
        </w:rPr>
        <w:t>Kanapka z szynką wieprzową i sałatą 55 g</w:t>
      </w:r>
    </w:p>
    <w:p w14:paraId="1D18F102" w14:textId="45EB697F" w:rsidR="00667169" w:rsidRDefault="00000000">
      <w:pPr>
        <w:spacing w:after="40"/>
      </w:pPr>
      <w:r>
        <w:t xml:space="preserve">Składniki: 25 g chleb </w:t>
      </w:r>
      <w:r>
        <w:rPr>
          <w:b/>
          <w:u w:val="single"/>
        </w:rPr>
        <w:t>pszenno-żytni</w:t>
      </w:r>
      <w:r>
        <w:t>, 20 g szynka wieprzowa</w:t>
      </w:r>
      <w:r w:rsidR="0064799F">
        <w:t xml:space="preserve"> </w:t>
      </w:r>
      <w:r>
        <w:t xml:space="preserve">gotowana, 5 g masło ekstra (z </w:t>
      </w:r>
      <w:r>
        <w:rPr>
          <w:b/>
          <w:u w:val="single"/>
        </w:rPr>
        <w:t>mleka</w:t>
      </w:r>
      <w:r>
        <w:t>), 2 g sałata</w:t>
      </w:r>
    </w:p>
    <w:p w14:paraId="60E29884" w14:textId="77777777" w:rsidR="00667169" w:rsidRDefault="00000000">
      <w:pPr>
        <w:spacing w:after="0"/>
      </w:pPr>
      <w:r>
        <w:rPr>
          <w:b/>
        </w:rPr>
        <w:t>Ogórek 50 g</w:t>
      </w:r>
    </w:p>
    <w:p w14:paraId="7001E208" w14:textId="77777777" w:rsidR="00667169" w:rsidRDefault="00000000">
      <w:pPr>
        <w:spacing w:after="0"/>
      </w:pPr>
      <w:r>
        <w:rPr>
          <w:b/>
        </w:rPr>
        <w:t>Herbata z cytryną 200 ml</w:t>
      </w:r>
    </w:p>
    <w:p w14:paraId="13494432" w14:textId="77777777" w:rsidR="00667169" w:rsidRDefault="00000000">
      <w:pPr>
        <w:spacing w:after="40"/>
      </w:pPr>
      <w:r>
        <w:t>Składniki: 200 ml woda, 4 g cytryna, 3 g cukier, 1 ml herbata czarna</w:t>
      </w:r>
    </w:p>
    <w:p w14:paraId="7CC9EC3B" w14:textId="77777777" w:rsidR="00667169" w:rsidRDefault="00000000">
      <w:pPr>
        <w:spacing w:before="80" w:after="40"/>
      </w:pPr>
      <w:r>
        <w:rPr>
          <w:b/>
        </w:rPr>
        <w:t>Zupa</w:t>
      </w:r>
    </w:p>
    <w:p w14:paraId="69788ADE" w14:textId="77777777" w:rsidR="00667169" w:rsidRDefault="00000000">
      <w:pPr>
        <w:spacing w:after="0"/>
      </w:pPr>
      <w:r>
        <w:rPr>
          <w:b/>
        </w:rPr>
        <w:t>Rosół drobiowy z makaronem 250 g</w:t>
      </w:r>
    </w:p>
    <w:p w14:paraId="5074552B" w14:textId="2B36D974" w:rsidR="00667169" w:rsidRDefault="00000000">
      <w:pPr>
        <w:spacing w:after="40"/>
      </w:pPr>
      <w:r>
        <w:t xml:space="preserve">Składniki: 180 ml woda, 30 g marchew, 15 g pietruszka, korzeń, 15 g </w:t>
      </w:r>
      <w:r>
        <w:rPr>
          <w:b/>
          <w:u w:val="single"/>
        </w:rPr>
        <w:t>seler</w:t>
      </w:r>
      <w:r>
        <w:t xml:space="preserve"> korzeniowy, 15 g por, 15 g makaron </w:t>
      </w:r>
      <w:r>
        <w:rPr>
          <w:b/>
          <w:u w:val="single"/>
        </w:rPr>
        <w:t>pszenny</w:t>
      </w:r>
      <w:r>
        <w:t xml:space="preserve"> bez</w:t>
      </w:r>
      <w:r>
        <w:rPr>
          <w:b/>
          <w:u w:val="single"/>
        </w:rPr>
        <w:t>jajecz</w:t>
      </w:r>
      <w:r>
        <w:t xml:space="preserve">ny, 12 g mięso ze skrzydeł indyka, bez skóry, 10 g mięso z ud kurczaka, bez skóry, 10 g wołowina szponder, 1 g natka pietruszki, </w:t>
      </w:r>
      <w:r w:rsidR="0064799F">
        <w:t>3</w:t>
      </w:r>
      <w:r>
        <w:t xml:space="preserve"> g sól biała, </w:t>
      </w:r>
      <w:r w:rsidR="0064799F">
        <w:t>5</w:t>
      </w:r>
      <w:r>
        <w:t xml:space="preserve">g pieprz, </w:t>
      </w:r>
      <w:r w:rsidR="0064799F">
        <w:t>5</w:t>
      </w:r>
      <w:r>
        <w:t xml:space="preserve"> g liść laurowy, </w:t>
      </w:r>
      <w:r w:rsidR="0064799F">
        <w:t>5</w:t>
      </w:r>
      <w:r>
        <w:t xml:space="preserve"> g ziele angielskie</w:t>
      </w:r>
    </w:p>
    <w:p w14:paraId="19F42964" w14:textId="77777777" w:rsidR="00667169" w:rsidRDefault="00000000">
      <w:pPr>
        <w:spacing w:before="80" w:after="40"/>
      </w:pPr>
      <w:r>
        <w:rPr>
          <w:b/>
        </w:rPr>
        <w:t>II danie</w:t>
      </w:r>
    </w:p>
    <w:p w14:paraId="46E4A1D7" w14:textId="77777777" w:rsidR="00667169" w:rsidRDefault="00000000">
      <w:pPr>
        <w:spacing w:after="0"/>
      </w:pPr>
      <w:r>
        <w:rPr>
          <w:b/>
        </w:rPr>
        <w:t>Kotlet z kurczaka w panierce 100 g</w:t>
      </w:r>
    </w:p>
    <w:p w14:paraId="4C219E01" w14:textId="77777777" w:rsidR="00667169" w:rsidRDefault="00000000">
      <w:pPr>
        <w:spacing w:after="40"/>
      </w:pPr>
      <w:r>
        <w:t>Składniki: 100 g mięso z piersi kurczaka, bez skóry, 10 g olej rzepakowy, 5 g bułka tarta (</w:t>
      </w:r>
      <w:r>
        <w:rPr>
          <w:b/>
          <w:u w:val="single"/>
        </w:rPr>
        <w:t>pszenica</w:t>
      </w:r>
      <w:r>
        <w:t xml:space="preserve">), 1 g </w:t>
      </w:r>
      <w:r>
        <w:rPr>
          <w:b/>
          <w:u w:val="single"/>
        </w:rPr>
        <w:t>jaja</w:t>
      </w:r>
      <w:r>
        <w:t xml:space="preserve"> kurze całe</w:t>
      </w:r>
    </w:p>
    <w:p w14:paraId="40B77197" w14:textId="77777777" w:rsidR="00667169" w:rsidRDefault="00000000">
      <w:pPr>
        <w:spacing w:after="0"/>
      </w:pPr>
      <w:r>
        <w:rPr>
          <w:b/>
        </w:rPr>
        <w:t>Ziemniaki gotowane 175 g</w:t>
      </w:r>
    </w:p>
    <w:p w14:paraId="588D96E7" w14:textId="77777777" w:rsidR="00667169" w:rsidRDefault="00000000">
      <w:pPr>
        <w:spacing w:after="40"/>
      </w:pPr>
      <w:r>
        <w:t>Składniki: 250 g ziemniaki, 5 g sól biała</w:t>
      </w:r>
    </w:p>
    <w:p w14:paraId="4AE30F15" w14:textId="77777777" w:rsidR="00667169" w:rsidRDefault="00000000">
      <w:pPr>
        <w:spacing w:after="0"/>
      </w:pPr>
      <w:r>
        <w:rPr>
          <w:b/>
        </w:rPr>
        <w:t>Mizeria ze śmietaną 90 g</w:t>
      </w:r>
    </w:p>
    <w:p w14:paraId="03C67971" w14:textId="77777777" w:rsidR="00667169" w:rsidRDefault="00000000">
      <w:pPr>
        <w:spacing w:after="40"/>
      </w:pPr>
      <w:r>
        <w:t xml:space="preserve">Składniki: 100 g ogórek, 17 g śmietana 18% (z </w:t>
      </w:r>
      <w:r>
        <w:rPr>
          <w:b/>
          <w:u w:val="single"/>
        </w:rPr>
        <w:t>mleka</w:t>
      </w:r>
      <w:r>
        <w:t>), 2 g koperek, 2 g cytryna</w:t>
      </w:r>
    </w:p>
    <w:p w14:paraId="702D8B3C" w14:textId="77777777" w:rsidR="00667169" w:rsidRDefault="00000000">
      <w:pPr>
        <w:spacing w:after="0"/>
      </w:pPr>
      <w:r>
        <w:rPr>
          <w:b/>
        </w:rPr>
        <w:t>Woda z cytryną i miętą 200 ml</w:t>
      </w:r>
    </w:p>
    <w:p w14:paraId="1E437CED" w14:textId="3D19B8E1" w:rsidR="00667169" w:rsidRDefault="00000000">
      <w:pPr>
        <w:spacing w:after="40"/>
      </w:pPr>
      <w:r>
        <w:t xml:space="preserve">Składniki: 200 ml woda, 3 g cytryna, </w:t>
      </w:r>
      <w:r w:rsidR="0064799F">
        <w:t>5</w:t>
      </w:r>
      <w:r>
        <w:t xml:space="preserve"> g mięta</w:t>
      </w:r>
    </w:p>
    <w:p w14:paraId="1E1C5AF4" w14:textId="77777777" w:rsidR="00667169" w:rsidRDefault="00000000">
      <w:pPr>
        <w:spacing w:before="80" w:after="40"/>
      </w:pPr>
      <w:r>
        <w:rPr>
          <w:b/>
        </w:rPr>
        <w:t>Podwieczorek</w:t>
      </w:r>
    </w:p>
    <w:p w14:paraId="40DA07BA" w14:textId="77777777" w:rsidR="00667169" w:rsidRDefault="00000000">
      <w:pPr>
        <w:spacing w:after="0"/>
      </w:pPr>
      <w:r>
        <w:rPr>
          <w:b/>
        </w:rPr>
        <w:t>Galaretka owocowa 144 g</w:t>
      </w:r>
    </w:p>
    <w:p w14:paraId="0767302F" w14:textId="77777777" w:rsidR="00667169" w:rsidRDefault="00000000">
      <w:pPr>
        <w:spacing w:after="40"/>
      </w:pPr>
      <w:r>
        <w:t>Składniki: 120 ml woda, 19 g galaretka owocowa, w proszku</w:t>
      </w:r>
    </w:p>
    <w:p w14:paraId="1CB024BD" w14:textId="77777777" w:rsidR="00667169" w:rsidRDefault="00000000">
      <w:pPr>
        <w:spacing w:after="0"/>
      </w:pPr>
      <w:r>
        <w:rPr>
          <w:b/>
        </w:rPr>
        <w:t>Chrupki kukurydziane 30 g</w:t>
      </w:r>
    </w:p>
    <w:p w14:paraId="2C7E19D6" w14:textId="77777777" w:rsidR="00667169" w:rsidRDefault="00000000">
      <w:pPr>
        <w:spacing w:after="0"/>
      </w:pPr>
      <w:r>
        <w:rPr>
          <w:b/>
        </w:rPr>
        <w:t>Kiwi 50 g</w:t>
      </w:r>
    </w:p>
    <w:p w14:paraId="7CB202E7" w14:textId="77777777" w:rsidR="00667169" w:rsidRDefault="00000000">
      <w:pPr>
        <w:spacing w:before="80"/>
      </w:pPr>
      <w:r>
        <w:t>Energia: 985 kcal   Białko: 52,9 g   Tłuszcz: 28,1 g   Węglowodany: 124,3 g</w:t>
      </w:r>
    </w:p>
    <w:p w14:paraId="542641CA" w14:textId="77777777" w:rsidR="00667169" w:rsidRDefault="00000000">
      <w:r>
        <w:t>Alergeny zostały wyróżnione na jadłospisie poprzez pogrubienie i podkreślenie.</w:t>
      </w:r>
    </w:p>
    <w:sectPr w:rsidR="00667169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6504533">
    <w:abstractNumId w:val="8"/>
  </w:num>
  <w:num w:numId="2" w16cid:durableId="1896770939">
    <w:abstractNumId w:val="6"/>
  </w:num>
  <w:num w:numId="3" w16cid:durableId="2082867658">
    <w:abstractNumId w:val="5"/>
  </w:num>
  <w:num w:numId="4" w16cid:durableId="1406994432">
    <w:abstractNumId w:val="4"/>
  </w:num>
  <w:num w:numId="5" w16cid:durableId="1537697740">
    <w:abstractNumId w:val="7"/>
  </w:num>
  <w:num w:numId="6" w16cid:durableId="180557452">
    <w:abstractNumId w:val="3"/>
  </w:num>
  <w:num w:numId="7" w16cid:durableId="230190421">
    <w:abstractNumId w:val="2"/>
  </w:num>
  <w:num w:numId="8" w16cid:durableId="1898392948">
    <w:abstractNumId w:val="1"/>
  </w:num>
  <w:num w:numId="9" w16cid:durableId="1098335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330D"/>
    <w:rsid w:val="0064799F"/>
    <w:rsid w:val="0066716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885541"/>
  <w14:defaultImageDpi w14:val="300"/>
  <w15:docId w15:val="{2471314F-6703-4A6C-99B7-1895D226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908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2</cp:revision>
  <dcterms:created xsi:type="dcterms:W3CDTF">2013-12-23T23:15:00Z</dcterms:created>
  <dcterms:modified xsi:type="dcterms:W3CDTF">2026-09-20T15:32:00Z</dcterms:modified>
  <cp:category/>
</cp:coreProperties>
</file>